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0"/>
      </w:pPr>
      <w:r>
        <w:rPr>
          <w:rFonts w:ascii="Georgia" w:hAnsi="Georgia"/>
          <w:b/>
          <w:color w:val="A33A2B"/>
          <w:sz w:val="19"/>
        </w:rPr>
        <w:t>FICTIONAL DEMO — NO CLIENT — SOURCE PAGE 1 OF 8</w:t>
      </w:r>
    </w:p>
    <w:p>
      <w:pPr>
        <w:spacing w:before="100" w:after="60"/>
      </w:pPr>
      <w:r>
        <w:rPr>
          <w:rFonts w:ascii="Times New Roman" w:hAnsi="Times New Roman"/>
          <w:b/>
          <w:color w:val="6B4528"/>
          <w:sz w:val="44"/>
        </w:rPr>
        <w:t>Harborlight Community Workshop — 2026 Volunteer Operations Guide</w:t>
      </w:r>
    </w:p>
    <w:p>
      <w:pPr>
        <w:jc w:val="center"/>
      </w:pPr>
      <w:r>
        <w:rPr>
          <w:rFonts w:ascii="Courier New" w:hAnsi="Courier New"/>
          <w:b/>
          <w:color w:val="A33A2B"/>
          <w:sz w:val="20"/>
        </w:rPr>
        <w:t>FICTIONAL DEMO / NO CLIENT / NOT FOR OPERATIONAL USE</w:t>
      </w:r>
    </w:p>
    <w:p>
      <w:pPr>
        <w:spacing w:before="80" w:after="60"/>
      </w:pPr>
      <w:r>
        <w:rPr>
          <w:rFonts w:ascii="Times New Roman" w:hAnsi="Times New Roman"/>
          <w:b/>
          <w:color w:val="67412B"/>
          <w:sz w:val="30"/>
          <w:u w:val="none"/>
        </w:rPr>
        <w:t>1. PURPOSE AND OPERATING COMMITMENTS</w:t>
      </w:r>
    </w:p>
    <w:p>
      <w:r>
        <w:t>This guide gives volunteers one shared way to open, run, and close the workshop. It applies during the operating year January 1–December 31, 2026.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Regular sessions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DAY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HOURS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Tuesday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6:00–9:00 p.m.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Thursday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6:00–9:00 p.m.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Saturday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10:00 a.m.–2:00 p.m.</w:t>
            </w:r>
          </w:p>
        </w:tc>
      </w:tr>
    </w:tbl>
    <w:p>
      <w:pPr>
        <w:spacing w:before="60" w:after="100"/>
      </w:pPr>
      <w:r>
        <w:rPr>
          <w:rFonts w:ascii="Georgia" w:hAnsi="Georgia"/>
          <w:b/>
          <w:color w:val="3B4E5E"/>
          <w:sz w:val="22"/>
        </w:rPr>
        <w:t>CORE COMMITMENTS</w:t>
      </w:r>
    </w:p>
    <w:p>
      <w:pPr>
        <w:spacing w:after="180"/>
        <w:ind w:left="288" w:hanging="115"/>
      </w:pPr>
      <w:r>
        <w:rPr>
          <w:rFonts w:ascii="Calibri" w:hAnsi="Calibri"/>
          <w:sz w:val="20"/>
        </w:rPr>
        <w:t>• Welcome people with calm, direct language.</w:t>
      </w:r>
    </w:p>
    <w:p>
      <w:pPr>
        <w:spacing w:after="20"/>
        <w:ind w:left="288" w:hanging="115"/>
      </w:pPr>
      <w:r>
        <w:rPr>
          <w:rFonts w:ascii="Arial" w:hAnsi="Arial"/>
          <w:sz w:val="19"/>
        </w:rPr>
        <w:t>→ Keep two volunteers in public areas.</w:t>
      </w:r>
    </w:p>
    <w:p>
      <w:pPr>
        <w:spacing w:after="60"/>
        <w:ind w:left="288" w:hanging="115"/>
      </w:pPr>
      <w:r>
        <w:rPr>
          <w:rFonts w:ascii="Calibri" w:hAnsi="Calibri"/>
          <w:sz w:val="19"/>
        </w:rPr>
        <w:t>- Stop work if a tool guard, ventilation system, or exit is not ready.</w:t>
      </w:r>
    </w:p>
    <w:p>
      <w:pPr>
        <w:spacing w:after="20"/>
        <w:ind w:left="288" w:hanging="115"/>
      </w:pPr>
      <w:r>
        <w:rPr>
          <w:rFonts w:ascii="Arial" w:hAnsi="Arial"/>
          <w:sz w:val="20"/>
        </w:rPr>
        <w:t>• Record decisions before leaving.</w:t>
      </w:r>
    </w:p>
    <w:p>
      <w:r>
        <w:br w:type="page"/>
      </w:r>
    </w:p>
    <w:p>
      <w:pPr>
        <w:spacing w:after="40"/>
      </w:pPr>
      <w:r>
        <w:rPr>
          <w:rFonts w:ascii="Courier New" w:hAnsi="Courier New"/>
          <w:b/>
          <w:color w:val="A33A2B"/>
          <w:sz w:val="16"/>
        </w:rPr>
        <w:t>FICTIONAL DEMO — NO CLIENT — SOURCE PAGE 2 OF 8</w:t>
      </w:r>
    </w:p>
    <w:p>
      <w:pPr>
        <w:spacing w:before="120" w:after="140"/>
      </w:pPr>
      <w:r>
        <w:rPr>
          <w:rFonts w:ascii="Arial" w:hAnsi="Arial"/>
          <w:b/>
          <w:color w:val="375E84"/>
          <w:sz w:val="26"/>
          <w:u w:val="none"/>
        </w:rPr>
        <w:t>2. Roles and decision rights</w:t>
      </w:r>
    </w:p>
    <w:p>
      <w:pPr>
        <w:spacing w:after="180"/>
      </w:pPr>
      <w:r>
        <w:t>Any Volunter may say “Pause work.” Only the Shift Lead or Emergency Coordinator resumes the affected zone after a check.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Role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Routine responsibility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Shift Lead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Opens and closes; makes final on-site operations decisions; escalates.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Welcome Desk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Manages check-in, orientation, and consent; recieves and records attendance.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Floor Guide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Monitors work zones, tool checkouts, and PPE; may pause work.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Materials Steward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Counts materials and storage; logs low stock and damage; keeps red lockout cards stored seperately.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Access Support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Supports accommodations and the quiet space; coordinates with the Shift Lead.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Youth Liaison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Supports ages 14–17, guardian information, and sightlines; remains with a second adult.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Emergency Coordinator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Calls 911 at the threshold and meets responders.</w:t>
            </w:r>
          </w:p>
        </w:tc>
      </w:tr>
    </w:tbl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Shift communications</w:t>
      </w:r>
    </w:p>
    <w:p>
      <w:pPr>
        <w:spacing w:after="60"/>
        <w:ind w:left="374" w:hanging="115"/>
      </w:pPr>
      <w:r>
        <w:rPr>
          <w:rFonts w:ascii="Calibri" w:hAnsi="Calibri"/>
          <w:sz w:val="20"/>
        </w:rPr>
        <w:t>→ Use radio channel 3.</w:t>
      </w:r>
    </w:p>
    <w:p>
      <w:pPr>
        <w:spacing w:after="20"/>
        <w:ind w:left="374" w:hanging="115"/>
      </w:pPr>
      <w:r>
        <w:rPr>
          <w:rFonts w:ascii="Arial" w:hAnsi="Arial"/>
          <w:sz w:val="19"/>
        </w:rPr>
        <w:t>- If radios fail, use the group text line: +1 202-555-0147.</w:t>
      </w:r>
    </w:p>
    <w:p>
      <w:pPr>
        <w:spacing w:after="60"/>
        <w:ind w:left="374" w:hanging="115"/>
      </w:pPr>
      <w:r>
        <w:rPr>
          <w:rFonts w:ascii="Calibri" w:hAnsi="Calibri"/>
          <w:sz w:val="19"/>
        </w:rPr>
        <w:t>• Send the shift summary to operations@harborlight.example.</w:t>
      </w:r>
    </w:p>
    <w:p>
      <w:r>
        <w:br w:type="page"/>
      </w:r>
    </w:p>
    <w:p>
      <w:pPr>
        <w:spacing w:after="40"/>
      </w:pPr>
      <w:r>
        <w:rPr>
          <w:rFonts w:ascii="Courier New" w:hAnsi="Courier New"/>
          <w:b/>
          <w:color w:val="A33A2B"/>
          <w:sz w:val="16"/>
        </w:rPr>
        <w:t>FICTIONAL DEMO — NO CLIENT — SOURCE PAGE 3 OF 8</w:t>
      </w:r>
    </w:p>
    <w:p>
      <w:pPr>
        <w:spacing w:before="40" w:after="180"/>
      </w:pPr>
      <w:r>
        <w:rPr>
          <w:rFonts w:ascii="Times New Roman" w:hAnsi="Times New Roman"/>
          <w:b/>
          <w:color w:val="67412B"/>
          <w:sz w:val="30"/>
          <w:u w:val="single"/>
        </w:rPr>
        <w:t>3. OPENING SEQUENCE</w:t>
      </w:r>
    </w:p>
    <w:p>
      <w:r>
        <w:rPr>
          <w:rFonts w:ascii="Georgia" w:hAnsi="Georgia"/>
          <w:sz w:val="19"/>
        </w:rPr>
        <w:t>The opening team arrives 45 minutes before the posted session.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TIME BEFORE OPENING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ACTION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00:45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Unlock the south entrance and test the alarm.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00:40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Check emergency exits.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00:35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Set out welcome-desk kits.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00:30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Complete station inspection and note maintence status.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00:25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Count PPE and consumables.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00:20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Prepare the quiet room and check lighting.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00:15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Hold the volunteer huddle.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00:05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Open doors to waiting participants.</w:t>
            </w:r>
          </w:p>
        </w:tc>
      </w:tr>
    </w:tbl>
    <w:p>
      <w:pPr>
        <w:spacing w:before="60" w:after="100"/>
      </w:pPr>
      <w:r>
        <w:rPr>
          <w:rFonts w:ascii="Georgia" w:hAnsi="Georgia"/>
          <w:b/>
          <w:color w:val="3B4E5E"/>
          <w:sz w:val="22"/>
        </w:rPr>
        <w:t>DOOR CHECKS</w:t>
      </w:r>
    </w:p>
    <w:p>
      <w:pPr>
        <w:spacing w:after="60"/>
        <w:ind w:left="202" w:hanging="115"/>
      </w:pPr>
      <w:r>
        <w:rPr>
          <w:rFonts w:ascii="Calibri" w:hAnsi="Calibri"/>
          <w:sz w:val="20"/>
        </w:rPr>
        <w:t>- Fire-extinguisher tags are visible.</w:t>
      </w:r>
    </w:p>
    <w:p>
      <w:pPr>
        <w:spacing w:after="20"/>
        <w:ind w:left="202" w:hanging="115"/>
      </w:pPr>
      <w:r>
        <w:rPr>
          <w:rFonts w:ascii="Arial" w:hAnsi="Arial"/>
          <w:sz w:val="19"/>
        </w:rPr>
        <w:t>• Every exit path is at least 36 inches wide.</w:t>
      </w:r>
    </w:p>
    <w:p>
      <w:pPr>
        <w:spacing w:after="60"/>
        <w:ind w:left="202" w:hanging="115"/>
      </w:pPr>
      <w:r>
        <w:rPr>
          <w:rFonts w:ascii="Calibri" w:hAnsi="Calibri"/>
          <w:sz w:val="19"/>
        </w:rPr>
        <w:t>→ The first-aid kit seal is intact and the AED status is green.</w:t>
      </w:r>
    </w:p>
    <w:p>
      <w:pPr>
        <w:spacing w:after="20"/>
        <w:ind w:left="202" w:hanging="115"/>
      </w:pPr>
      <w:r>
        <w:rPr>
          <w:rFonts w:ascii="Arial" w:hAnsi="Arial"/>
          <w:sz w:val="20"/>
        </w:rPr>
        <w:t>- The fume extractor airflow card is green.</w:t>
      </w:r>
    </w:p>
    <w:p>
      <w:pPr>
        <w:spacing w:after="180"/>
        <w:ind w:left="202" w:hanging="115"/>
      </w:pPr>
      <w:r>
        <w:rPr>
          <w:rFonts w:ascii="Calibri" w:hAnsi="Calibri"/>
          <w:sz w:val="19"/>
        </w:rPr>
        <w:t>• Required forms are present.</w:t>
      </w:r>
    </w:p>
    <w:p>
      <w:pPr>
        <w:spacing w:after="20"/>
        <w:ind w:left="202" w:hanging="115"/>
      </w:pPr>
      <w:r>
        <w:rPr>
          <w:rFonts w:ascii="Arial" w:hAnsi="Arial"/>
          <w:sz w:val="19"/>
        </w:rPr>
        <w:t>→ The welcome tablet shows the current calender.</w:t>
      </w:r>
    </w:p>
    <w:p>
      <w:r>
        <w:rPr>
          <w:b/>
        </w:rPr>
        <w:t>Minimum team: 4 volunteers. Youth session minimum: 6 volunteers, including the Youth Liaison.</w:t>
      </w:r>
    </w:p>
    <w:p>
      <w:r>
        <w:br w:type="page"/>
      </w:r>
    </w:p>
    <w:p>
      <w:pPr>
        <w:spacing w:after="40"/>
      </w:pPr>
      <w:r>
        <w:rPr>
          <w:rFonts w:ascii="Courier New" w:hAnsi="Courier New"/>
          <w:b/>
          <w:color w:val="A33A2B"/>
          <w:sz w:val="16"/>
        </w:rPr>
        <w:t>FICTIONAL DEMO — NO CLIENT — SOURCE PAGE 4 OF 8</w:t>
      </w:r>
    </w:p>
    <w:p>
      <w:pPr>
        <w:spacing w:before="80" w:after="140"/>
      </w:pPr>
      <w:r>
        <w:rPr>
          <w:rFonts w:ascii="Georgia" w:hAnsi="Georgia"/>
          <w:b/>
          <w:color w:val="375E84"/>
          <w:sz w:val="19"/>
          <w:u w:val="none"/>
        </w:rPr>
        <w:t>4. Room setup, inventory, and tools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Work zones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Zone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Capacity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Welcome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12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Clean work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Tool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8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Quiet reset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</w:tr>
    </w:tbl>
    <w:p>
      <w:pPr>
        <w:spacing w:before="60" w:after="180"/>
      </w:pPr>
      <w:r>
        <w:rPr>
          <w:rFonts w:ascii="Georgia" w:hAnsi="Georgia"/>
          <w:b/>
          <w:color w:val="3B4E5E"/>
          <w:sz w:val="22"/>
        </w:rPr>
        <w:t>INVENTORY TARGETS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ITEM</w:t>
            </w:r>
          </w:p>
        </w:tc>
        <w:tc>
          <w:tcPr>
            <w:tcW w:type="dxa" w:w="3389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DESIRED</w:t>
            </w:r>
          </w:p>
        </w:tc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MINIMUM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Eye protection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24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18</w:t>
            </w:r>
          </w:p>
        </w:tc>
      </w:tr>
      <w:tr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Nitrile gloves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6 boxes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 boxes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Dust masks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30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12</w:t>
            </w:r>
          </w:p>
        </w:tc>
      </w:tr>
      <w:tr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Shop towels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4 rolls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 rolls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Blue tags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20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10</w:t>
            </w:r>
          </w:p>
        </w:tc>
      </w:tr>
      <w:tr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Red lockout cards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</w:tr>
    </w:tbl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Equipement checkout</w:t>
      </w:r>
    </w:p>
    <w:p>
      <w:pPr>
        <w:spacing w:after="60"/>
        <w:ind w:left="288" w:hanging="115"/>
      </w:pPr>
      <w:r>
        <w:rPr>
          <w:rFonts w:ascii="Calibri" w:hAnsi="Calibri"/>
          <w:sz w:val="20"/>
        </w:rPr>
        <w:t>• The participant states their name and task.</w:t>
      </w:r>
    </w:p>
    <w:p>
      <w:pPr>
        <w:spacing w:after="20"/>
        <w:ind w:left="288" w:hanging="115"/>
      </w:pPr>
      <w:r>
        <w:rPr>
          <w:rFonts w:ascii="Arial" w:hAnsi="Arial"/>
          <w:sz w:val="19"/>
        </w:rPr>
        <w:t>→ The Floor Guide confirms training.</w:t>
      </w:r>
    </w:p>
    <w:p>
      <w:pPr>
        <w:spacing w:after="60"/>
        <w:ind w:left="288" w:hanging="115"/>
      </w:pPr>
      <w:r>
        <w:rPr>
          <w:rFonts w:ascii="Calibri" w:hAnsi="Calibri"/>
          <w:sz w:val="19"/>
        </w:rPr>
        <w:t>- The guide adds a checkout tag.</w:t>
      </w:r>
    </w:p>
    <w:p>
      <w:pPr>
        <w:spacing w:after="20"/>
        <w:ind w:left="288" w:hanging="115"/>
      </w:pPr>
      <w:r>
        <w:rPr>
          <w:rFonts w:ascii="Arial" w:hAnsi="Arial"/>
          <w:sz w:val="20"/>
        </w:rPr>
        <w:t>• On return, inspect the tool; isolate damage and attach a red lockout card.</w:t>
      </w:r>
    </w:p>
    <w:p>
      <w:r>
        <w:t>Allowed after orientation: drill press, scroll saw, and bench sander. Staff-only and unavailable to volunteers: table saw and router.</w:t>
      </w:r>
    </w:p>
    <w:p>
      <w:pPr>
        <w:spacing w:after="180"/>
      </w:pPr>
      <w:r>
        <w:t>Chemical rule: use water-based adhesive and approved cleaners only; solvent finishes are not permitted on site.</w:t>
      </w:r>
    </w:p>
    <w:p>
      <w:r>
        <w:br w:type="page"/>
      </w:r>
    </w:p>
    <w:p>
      <w:pPr>
        <w:spacing w:after="40"/>
      </w:pPr>
      <w:r>
        <w:rPr>
          <w:rFonts w:ascii="Georgia" w:hAnsi="Georgia"/>
          <w:b/>
          <w:color w:val="A33A2B"/>
          <w:sz w:val="19"/>
        </w:rPr>
        <w:t>FICTIONAL DEMO — NO CLIENT — SOURCE PAGE 5 OF 8</w:t>
      </w:r>
    </w:p>
    <w:p>
      <w:pPr>
        <w:spacing w:before="120" w:after="60"/>
      </w:pPr>
      <w:r>
        <w:rPr>
          <w:rFonts w:ascii="Times New Roman" w:hAnsi="Times New Roman"/>
          <w:b/>
          <w:color w:val="67412B"/>
          <w:sz w:val="30"/>
          <w:u w:val="none"/>
        </w:rPr>
        <w:t>5. WELCOME, ACCESS, PHOTOS, AND YOUTH</w:t>
      </w:r>
    </w:p>
    <w:p>
      <w:pPr>
        <w:spacing w:before="60" w:after="100"/>
      </w:pPr>
      <w:r>
        <w:rPr>
          <w:rFonts w:ascii="Georgia" w:hAnsi="Georgia"/>
          <w:b/>
          <w:color w:val="3B4E5E"/>
          <w:sz w:val="22"/>
        </w:rPr>
        <w:t>WELCOME SCRIPT</w:t>
      </w:r>
    </w:p>
    <w:p>
      <w:pPr>
        <w:ind w:left="432" w:right="360"/>
      </w:pPr>
      <w:r>
        <w:rPr>
          <w:i/>
        </w:rPr>
        <w:t>“Welcome to Harborlight. Before you begin, we will confirm today’s project, review the room map, and match you with the right work zone. Ask any volunteer to pause a task if something feels unclear or unsafe.”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Check-in</w:t>
      </w:r>
    </w:p>
    <w:p>
      <w:pPr>
        <w:spacing w:after="180"/>
        <w:ind w:left="374" w:hanging="115"/>
      </w:pPr>
      <w:r>
        <w:rPr>
          <w:rFonts w:ascii="Calibri" w:hAnsi="Calibri"/>
          <w:sz w:val="20"/>
        </w:rPr>
        <w:t>→ Record the participant name and attendance.</w:t>
      </w:r>
    </w:p>
    <w:p>
      <w:pPr>
        <w:spacing w:after="20"/>
        <w:ind w:left="374" w:hanging="115"/>
      </w:pPr>
      <w:r>
        <w:rPr>
          <w:rFonts w:ascii="Arial" w:hAnsi="Arial"/>
          <w:sz w:val="19"/>
        </w:rPr>
        <w:t>- Record an emergency contact for minors.</w:t>
      </w:r>
    </w:p>
    <w:p>
      <w:pPr>
        <w:spacing w:after="60"/>
        <w:ind w:left="374" w:hanging="115"/>
      </w:pPr>
      <w:r>
        <w:rPr>
          <w:rFonts w:ascii="Calibri" w:hAnsi="Calibri"/>
          <w:sz w:val="19"/>
        </w:rPr>
        <w:t>• Confirm consent.</w:t>
      </w:r>
    </w:p>
    <w:p>
      <w:pPr>
        <w:spacing w:after="20"/>
        <w:ind w:left="374" w:hanging="115"/>
      </w:pPr>
      <w:r>
        <w:rPr>
          <w:rFonts w:ascii="Arial" w:hAnsi="Arial"/>
          <w:sz w:val="20"/>
        </w:rPr>
        <w:t>→ Give a first-time badge when needed.</w:t>
      </w:r>
    </w:p>
    <w:p>
      <w:pPr>
        <w:spacing w:after="60"/>
        <w:ind w:left="374" w:hanging="115"/>
      </w:pPr>
      <w:r>
        <w:rPr>
          <w:rFonts w:ascii="Calibri" w:hAnsi="Calibri"/>
          <w:sz w:val="19"/>
        </w:rPr>
        <w:t>- Confirm orientation.</w:t>
      </w:r>
    </w:p>
    <w:p>
      <w:pPr>
        <w:spacing w:after="20"/>
        <w:ind w:left="374" w:hanging="115"/>
      </w:pPr>
      <w:r>
        <w:rPr>
          <w:rFonts w:ascii="Arial" w:hAnsi="Arial"/>
          <w:sz w:val="19"/>
        </w:rPr>
        <w:t>• Confirm the project.</w:t>
      </w:r>
    </w:p>
    <w:p>
      <w:r>
        <w:rPr>
          <w:rFonts w:ascii="Georgia" w:hAnsi="Georgia"/>
          <w:sz w:val="19"/>
        </w:rPr>
        <w:t>Photos are opt-in. A green dot means the participant agreed to photos; no green dot means no photo.</w:t>
      </w:r>
    </w:p>
    <w:p>
      <w:pPr>
        <w:spacing w:before="60" w:after="180"/>
      </w:pPr>
      <w:r>
        <w:rPr>
          <w:rFonts w:ascii="Georgia" w:hAnsi="Georgia"/>
          <w:b/>
          <w:color w:val="3B4E5E"/>
          <w:sz w:val="22"/>
        </w:rPr>
        <w:t>ACCOMODATION REQUESTS</w:t>
      </w:r>
    </w:p>
    <w:p>
      <w:r>
        <w:t>Send requests to access@harborlight.example, preferably 24 hours ahead. Same-day requests are honored when availble.</w:t>
      </w:r>
    </w:p>
    <w:p>
      <w:pPr>
        <w:spacing w:after="60"/>
        <w:ind w:left="202" w:hanging="115"/>
      </w:pPr>
      <w:r>
        <w:rPr>
          <w:rFonts w:ascii="Calibri" w:hAnsi="Calibri"/>
          <w:sz w:val="20"/>
        </w:rPr>
        <w:t>- Quiet space: Room Q.</w:t>
      </w:r>
    </w:p>
    <w:p>
      <w:pPr>
        <w:spacing w:after="20"/>
        <w:ind w:left="202" w:hanging="115"/>
      </w:pPr>
      <w:r>
        <w:rPr>
          <w:rFonts w:ascii="Arial" w:hAnsi="Arial"/>
          <w:sz w:val="19"/>
        </w:rPr>
        <w:t>• Task demonstration cards are available.</w:t>
      </w:r>
    </w:p>
    <w:p>
      <w:pPr>
        <w:spacing w:after="60"/>
        <w:ind w:left="202" w:hanging="115"/>
      </w:pPr>
      <w:r>
        <w:rPr>
          <w:rFonts w:ascii="Calibri" w:hAnsi="Calibri"/>
          <w:sz w:val="19"/>
        </w:rPr>
        <w:t>→ Seating height can be adjusted.</w:t>
      </w:r>
    </w:p>
    <w:p>
      <w:pPr>
        <w:spacing w:after="20"/>
        <w:ind w:left="202" w:hanging="115"/>
      </w:pPr>
      <w:r>
        <w:rPr>
          <w:rFonts w:ascii="Arial" w:hAnsi="Arial"/>
          <w:sz w:val="20"/>
        </w:rPr>
        <w:t>- Do not ask for a diagnosis; ask only what is needed for the task.</w:t>
      </w:r>
    </w:p>
    <w:p>
      <w:r>
        <w:t>Youth participation is limited to ages 14–17. Guardian consent is required. A youth is never alone with one adult. Youth may use hand tools and a supervised drill press only.</w:t>
      </w:r>
    </w:p>
    <w:p>
      <w:r>
        <w:br w:type="page"/>
      </w:r>
    </w:p>
    <w:p>
      <w:pPr>
        <w:spacing w:after="40"/>
      </w:pPr>
      <w:r>
        <w:rPr>
          <w:rFonts w:ascii="Courier New" w:hAnsi="Courier New"/>
          <w:b/>
          <w:color w:val="A33A2B"/>
          <w:sz w:val="16"/>
        </w:rPr>
        <w:t>FICTIONAL DEMO — NO CLIENT — SOURCE PAGE 6 OF 8</w:t>
      </w:r>
    </w:p>
    <w:p>
      <w:pPr>
        <w:spacing w:before="40" w:after="140"/>
      </w:pPr>
      <w:r>
        <w:rPr>
          <w:rFonts w:ascii="Arial" w:hAnsi="Arial"/>
          <w:b/>
          <w:color w:val="375E84"/>
          <w:sz w:val="26"/>
          <w:u w:val="single"/>
        </w:rPr>
        <w:t>6. Incident, evacuation, and media response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Level</w:t>
            </w:r>
          </w:p>
        </w:tc>
        <w:tc>
          <w:tcPr>
            <w:tcW w:type="dxa" w:w="3389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Threshold</w:t>
            </w:r>
          </w:p>
        </w:tc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Required response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1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Near miss; no injury or damage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Pause, correct, and log by close.</w:t>
            </w:r>
          </w:p>
        </w:tc>
      </w:tr>
      <w:tr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2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First aid or repair under $100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Provide care or isolate the item; notify the Shift Lead; log within 30 minutes.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3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Possible hospitalization, fire, security threat, or missing youth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The Emergency Coordinator imediately calls 911, evacuates or secures the site, leads the response, and notifies the Board Duty Officer by phone.</w:t>
            </w:r>
          </w:p>
        </w:tc>
      </w:tr>
    </w:tbl>
    <w:p>
      <w:r>
        <w:rPr>
          <w:rFonts w:ascii="Georgia" w:hAnsi="Georgia"/>
          <w:b/>
          <w:sz w:val="19"/>
        </w:rPr>
        <w:t>Never promise confidentiality or fault.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Evacuation</w:t>
      </w:r>
    </w:p>
    <w:p>
      <w:pPr>
        <w:spacing w:after="60"/>
        <w:ind w:left="202" w:hanging="115"/>
      </w:pPr>
      <w:r>
        <w:rPr>
          <w:rFonts w:ascii="Calibri" w:hAnsi="Calibri"/>
          <w:sz w:val="20"/>
        </w:rPr>
        <w:t>- Say: “Workshop closed — move to Beacon Lot B.”</w:t>
      </w:r>
    </w:p>
    <w:p>
      <w:pPr>
        <w:spacing w:after="20"/>
        <w:ind w:left="202" w:hanging="115"/>
      </w:pPr>
      <w:r>
        <w:rPr>
          <w:rFonts w:ascii="Arial" w:hAnsi="Arial"/>
          <w:sz w:val="19"/>
        </w:rPr>
        <w:t>• Volunteers sweep assigned areas when safe.</w:t>
      </w:r>
    </w:p>
    <w:p>
      <w:pPr>
        <w:spacing w:after="180"/>
        <w:ind w:left="202" w:hanging="115"/>
      </w:pPr>
      <w:r>
        <w:rPr>
          <w:rFonts w:ascii="Calibri" w:hAnsi="Calibri"/>
          <w:sz w:val="19"/>
        </w:rPr>
        <w:t>→ The Welcome Desk takes the attendance record.</w:t>
      </w:r>
    </w:p>
    <w:p>
      <w:pPr>
        <w:spacing w:after="20"/>
        <w:ind w:left="202" w:hanging="115"/>
      </w:pPr>
      <w:r>
        <w:rPr>
          <w:rFonts w:ascii="Arial" w:hAnsi="Arial"/>
          <w:sz w:val="20"/>
        </w:rPr>
        <w:t>- Assemble beside the blue storage container in Beacon Lot B.</w:t>
      </w:r>
    </w:p>
    <w:p>
      <w:pPr>
        <w:spacing w:after="60"/>
        <w:ind w:left="202" w:hanging="115"/>
      </w:pPr>
      <w:r>
        <w:rPr>
          <w:rFonts w:ascii="Calibri" w:hAnsi="Calibri"/>
          <w:sz w:val="19"/>
        </w:rPr>
        <w:t>• The Shift Lead accounts for people.</w:t>
      </w:r>
    </w:p>
    <w:p>
      <w:pPr>
        <w:spacing w:after="20"/>
        <w:ind w:left="202" w:hanging="115"/>
      </w:pPr>
      <w:r>
        <w:rPr>
          <w:rFonts w:ascii="Arial" w:hAnsi="Arial"/>
          <w:sz w:val="19"/>
        </w:rPr>
        <w:t>→ Do not reenter until responders authorize it, or until the Shift Lead acts after responder clearance.</w:t>
      </w:r>
    </w:p>
    <w:p>
      <w:r>
        <w:t>Incident record fields: date, time, zone, roles—not diagnoses—observations, action, equipment tag, follow-up owner, and follow-up time.</w:t>
      </w:r>
    </w:p>
    <w:p>
      <w:r>
        <w:t>Media reply: “I cannot confirm details. The Board Duty Officer will provide any approved update.”</w:t>
      </w:r>
    </w:p>
    <w:p>
      <w:r>
        <w:br w:type="page"/>
      </w:r>
    </w:p>
    <w:p>
      <w:pPr>
        <w:spacing w:after="180"/>
      </w:pPr>
      <w:r>
        <w:rPr>
          <w:rFonts w:ascii="Georgia" w:hAnsi="Georgia"/>
          <w:b/>
          <w:color w:val="A33A2B"/>
          <w:sz w:val="19"/>
        </w:rPr>
        <w:t>FICTIONAL DEMO — NO CLIENT — SOURCE PAGE 7 OF 8</w:t>
      </w:r>
    </w:p>
    <w:p>
      <w:pPr>
        <w:spacing w:before="80" w:after="60"/>
      </w:pPr>
      <w:r>
        <w:rPr>
          <w:rFonts w:ascii="Times New Roman" w:hAnsi="Times New Roman"/>
          <w:b/>
          <w:color w:val="67412B"/>
          <w:sz w:val="30"/>
          <w:u w:val="none"/>
        </w:rPr>
        <w:t>7. CLOSING, RECORDS, AND SHIFT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TIME BEFORE CLOSE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ACTION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00:45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Stop new power-tool checkout.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00:30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Return materials.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00:20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Begin cleanup.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00:15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Shift Lead walkthrough.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00:10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Reconcile attendance.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00:05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Lock the tool cage, panel, and doors.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After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Send the shift summary by 10:00 a.m. the next business day.</w:t>
            </w:r>
          </w:p>
        </w:tc>
      </w:tr>
    </w:tbl>
    <w:p>
      <w:pPr>
        <w:spacing w:before="60" w:after="100"/>
      </w:pPr>
      <w:r>
        <w:rPr>
          <w:rFonts w:ascii="Georgia" w:hAnsi="Georgia"/>
          <w:b/>
          <w:color w:val="3B4E5E"/>
          <w:sz w:val="22"/>
        </w:rPr>
        <w:t>CLEANING STANDARD</w:t>
      </w:r>
    </w:p>
    <w:p>
      <w:pPr>
        <w:spacing w:after="60"/>
        <w:ind w:left="288" w:hanging="115"/>
      </w:pPr>
      <w:r>
        <w:rPr>
          <w:rFonts w:ascii="Calibri" w:hAnsi="Calibri"/>
          <w:sz w:val="20"/>
        </w:rPr>
        <w:t>• Unplug and inspect tools; update tags.</w:t>
      </w:r>
    </w:p>
    <w:p>
      <w:pPr>
        <w:spacing w:after="20"/>
        <w:ind w:left="288" w:hanging="115"/>
      </w:pPr>
      <w:r>
        <w:rPr>
          <w:rFonts w:ascii="Arial" w:hAnsi="Arial"/>
          <w:sz w:val="19"/>
        </w:rPr>
        <w:t>→ Wipe surfaces and place ordinary waste in regular waste bins.</w:t>
      </w:r>
    </w:p>
    <w:p>
      <w:pPr>
        <w:spacing w:after="60"/>
        <w:ind w:left="288" w:hanging="115"/>
      </w:pPr>
      <w:r>
        <w:rPr>
          <w:rFonts w:ascii="Calibri" w:hAnsi="Calibri"/>
          <w:sz w:val="19"/>
        </w:rPr>
        <w:t>- Put sharp scrap in the marked bin.</w:t>
      </w:r>
    </w:p>
    <w:p>
      <w:pPr>
        <w:spacing w:after="20"/>
        <w:ind w:left="288" w:hanging="115"/>
      </w:pPr>
      <w:r>
        <w:rPr>
          <w:rFonts w:ascii="Arial" w:hAnsi="Arial"/>
          <w:sz w:val="20"/>
        </w:rPr>
        <w:t>• Do not pour liquids into the sink except water-based adhesive rinse after excess adhesive is wiped away.</w:t>
      </w:r>
    </w:p>
    <w:p>
      <w:pPr>
        <w:spacing w:after="180"/>
        <w:ind w:left="288" w:hanging="115"/>
      </w:pPr>
      <w:r>
        <w:rPr>
          <w:rFonts w:ascii="Calibri" w:hAnsi="Calibri"/>
          <w:sz w:val="19"/>
        </w:rPr>
        <w:t>→ Close containers, count PPE, and restore the quiet room.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Retention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Record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Keep for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Attendance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30 days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Consent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3 years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Incident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7 years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Supply logs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12 months</w:t>
            </w:r>
          </w:p>
        </w:tc>
      </w:tr>
    </w:tbl>
    <w:p>
      <w:r>
        <w:t>Do not include personal medical details in the shift summary.</w:t>
      </w:r>
    </w:p>
    <w:p>
      <w:r>
        <w:t>Subject: [HCW Shift] YYYY-MM-DD — Open / Watch / Closed</w:t>
      </w:r>
    </w:p>
    <w:p>
      <w:r>
        <w:rPr>
          <w:rFonts w:ascii="Georgia" w:hAnsi="Georgia"/>
          <w:sz w:val="19"/>
        </w:rPr>
        <w:t>Send to operations@harborlight.example and board-duty@harborlight.example. Phone immediately for a level 3 incident or a missing youth.</w:t>
      </w:r>
    </w:p>
    <w:p>
      <w:r>
        <w:br w:type="page"/>
      </w:r>
    </w:p>
    <w:p>
      <w:pPr>
        <w:spacing w:after="40"/>
      </w:pPr>
      <w:r>
        <w:rPr>
          <w:rFonts w:ascii="Courier New" w:hAnsi="Courier New"/>
          <w:b/>
          <w:color w:val="A33A2B"/>
          <w:sz w:val="16"/>
        </w:rPr>
        <w:t>FICTIONAL DEMO — NO CLIENT — SOURCE PAGE 8 OF 8</w:t>
      </w:r>
    </w:p>
    <w:p>
      <w:pPr>
        <w:spacing w:before="120" w:after="180"/>
      </w:pPr>
      <w:r>
        <w:rPr>
          <w:rFonts w:ascii="Arial" w:hAnsi="Arial"/>
          <w:b/>
          <w:color w:val="375E84"/>
          <w:sz w:val="26"/>
          <w:u w:val="none"/>
        </w:rPr>
        <w:t>Appendix A. Contacts, summary template, and revision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CONTACT</w:t>
            </w:r>
          </w:p>
        </w:tc>
        <w:tc>
          <w:tcPr>
            <w:tcW w:type="dxa" w:w="5083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DETAIL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Operations line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+1 202-555-0147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Emergency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911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Board Duty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+1 202-555-0188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Operations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operations@harborlight.example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Access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access@harborlight.example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Incident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incidents@harborlight.example</w:t>
            </w:r>
          </w:p>
        </w:tc>
      </w:tr>
      <w:tr>
        <w:tc>
          <w:tcPr>
            <w:tcW w:type="dxa" w:w="5083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Site</w:t>
            </w:r>
          </w:p>
        </w:tc>
        <w:tc>
          <w:tcPr>
            <w:tcW w:type="dxa" w:w="5083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14 Beacon Wharf, Harborlight, MA 00000</w:t>
            </w:r>
          </w:p>
        </w:tc>
      </w:tr>
      <w:tr>
        <w:tc>
          <w:tcPr>
            <w:tcW w:type="dxa" w:w="5083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Meeting point</w:t>
            </w:r>
          </w:p>
        </w:tc>
        <w:tc>
          <w:tcPr>
            <w:tcW w:type="dxa" w:w="5083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Beacon Lot B beside the blue storage container</w:t>
            </w:r>
          </w:p>
        </w:tc>
      </w:tr>
    </w:tbl>
    <w:p>
      <w:pPr>
        <w:spacing w:before="60" w:after="100"/>
      </w:pPr>
      <w:r>
        <w:rPr>
          <w:rFonts w:ascii="Georgia" w:hAnsi="Georgia"/>
          <w:b/>
          <w:color w:val="3B4E5E"/>
          <w:sz w:val="22"/>
        </w:rPr>
        <w:t>SHIFT SUMMARY TEMPLATE</w:t>
      </w:r>
    </w:p>
    <w:p>
      <w:pPr>
        <w:spacing w:after="60"/>
        <w:ind w:left="374" w:hanging="115"/>
      </w:pPr>
      <w:r>
        <w:rPr>
          <w:rFonts w:ascii="Calibri" w:hAnsi="Calibri"/>
          <w:sz w:val="20"/>
        </w:rPr>
        <w:t>→ Date and session:</w:t>
      </w:r>
    </w:p>
    <w:p>
      <w:pPr>
        <w:spacing w:after="20"/>
        <w:ind w:left="374" w:hanging="115"/>
      </w:pPr>
      <w:r>
        <w:rPr>
          <w:rFonts w:ascii="Arial" w:hAnsi="Arial"/>
          <w:sz w:val="19"/>
        </w:rPr>
        <w:t>- Status — Open / Watch / Closed:</w:t>
      </w:r>
    </w:p>
    <w:p>
      <w:pPr>
        <w:spacing w:after="60"/>
        <w:ind w:left="374" w:hanging="115"/>
      </w:pPr>
      <w:r>
        <w:rPr>
          <w:rFonts w:ascii="Calibri" w:hAnsi="Calibri"/>
          <w:sz w:val="19"/>
        </w:rPr>
        <w:t>• Volunteer roles present:</w:t>
      </w:r>
    </w:p>
    <w:p>
      <w:pPr>
        <w:spacing w:after="20"/>
        <w:ind w:left="374" w:hanging="115"/>
      </w:pPr>
      <w:r>
        <w:rPr>
          <w:rFonts w:ascii="Arial" w:hAnsi="Arial"/>
          <w:sz w:val="20"/>
        </w:rPr>
        <w:t>→ Participant count:</w:t>
      </w:r>
    </w:p>
    <w:p>
      <w:pPr>
        <w:spacing w:after="60"/>
        <w:ind w:left="374" w:hanging="115"/>
      </w:pPr>
      <w:r>
        <w:rPr>
          <w:rFonts w:ascii="Calibri" w:hAnsi="Calibri"/>
          <w:sz w:val="19"/>
        </w:rPr>
        <w:t>- Equipment or supply watch items:</w:t>
      </w:r>
    </w:p>
    <w:p>
      <w:pPr>
        <w:spacing w:after="180"/>
        <w:ind w:left="374" w:hanging="115"/>
      </w:pPr>
      <w:r>
        <w:rPr>
          <w:rFonts w:ascii="Arial" w:hAnsi="Arial"/>
          <w:sz w:val="19"/>
        </w:rPr>
        <w:t>• Incidents and required follow-up:</w:t>
      </w:r>
    </w:p>
    <w:p>
      <w:pPr>
        <w:spacing w:after="60"/>
        <w:ind w:left="374" w:hanging="115"/>
      </w:pPr>
      <w:r>
        <w:rPr>
          <w:rFonts w:ascii="Georgia" w:hAnsi="Georgia"/>
          <w:sz w:val="19"/>
        </w:rPr>
        <w:t>→ Follow-up owner and due time:</w:t>
      </w:r>
    </w:p>
    <w:p>
      <w:pPr>
        <w:spacing w:before="60" w:after="20"/>
      </w:pPr>
      <w:r>
        <w:rPr>
          <w:rFonts w:ascii="Arial Narrow" w:hAnsi="Arial Narrow"/>
          <w:b/>
          <w:color w:val="3B4E5E"/>
          <w:sz w:val="21"/>
        </w:rPr>
        <w:t>Revision record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Version</w:t>
            </w:r>
          </w:p>
        </w:tc>
        <w:tc>
          <w:tcPr>
            <w:tcW w:type="dxa" w:w="3389"/>
            <w:shd w:fill="DDEBF7" w:val="clear"/>
          </w:tcPr>
          <w:p>
            <w:pPr>
              <w:spacing w:after="0"/>
            </w:pPr>
            <w:r>
              <w:rPr>
                <w:b/>
                <w:sz w:val="17"/>
              </w:rPr>
              <w:t>Date</w:t>
            </w:r>
          </w:p>
        </w:tc>
        <w:tc>
          <w:tcPr>
            <w:tcW w:type="dxa" w:w="3389"/>
            <w:shd w:fill="E2F0D9" w:val="clear"/>
          </w:tcPr>
          <w:p>
            <w:pPr>
              <w:spacing w:after="0"/>
            </w:pPr>
            <w:r>
              <w:rPr>
                <w:b/>
                <w:sz w:val="17"/>
              </w:rPr>
              <w:t>Note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0.7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2025-11-15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Compiled.</w:t>
            </w:r>
          </w:p>
        </w:tc>
      </w:tr>
      <w:tr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>0.9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Times New Roman" w:hAnsi="Times New Roman"/>
                <w:sz w:val="16"/>
              </w:rPr>
              <w:t>2025-12-10</w:t>
            </w:r>
          </w:p>
        </w:tc>
        <w:tc>
          <w:tcPr>
            <w:tcW w:type="dxa" w:w="3389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Tabletop review.</w:t>
            </w:r>
          </w:p>
        </w:tc>
      </w:tr>
      <w:tr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1.0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2026-01-03</w:t>
            </w:r>
          </w:p>
        </w:tc>
        <w:tc>
          <w:tcPr>
            <w:tcW w:type="dxa" w:w="3389"/>
          </w:tcPr>
          <w:p>
            <w:pPr>
              <w:spacing w:after="40"/>
            </w:pPr>
            <w:r>
              <w:rPr>
                <w:rFonts w:ascii="Times New Roman" w:hAnsi="Times New Roman"/>
                <w:sz w:val="17"/>
              </w:rPr>
              <w:t>Released.</w:t>
            </w:r>
          </w:p>
        </w:tc>
      </w:tr>
    </w:tbl>
    <w:p>
      <w:r>
        <w:t>Owner: Fictional Harborlight Operations Team.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037" w:right="1037" w:bottom="1037" w:left="1037" w:header="518" w:footer="51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288" w:val="right"/>
      </w:tabs>
      <w:spacing w:after="0"/>
    </w:pPr>
    <w:r>
      <w:rPr>
        <w:rFonts w:ascii="Arial" w:hAnsi="Arial"/>
        <w:color w:val="A33A2B"/>
        <w:sz w:val="16"/>
      </w:rPr>
      <w:t>FICTIONAL DEMO • NO CLIENT • NOT OPERATIONAL</w:t>
    </w:r>
    <w:r>
      <w:tab/>
    </w:r>
    <w:r>
      <w:fldChar w:fldCharType="begin"/>
      <w:instrText xml:space="preserve">PAGE</w:instrText>
      <w:fldChar w:fldCharType="separate"/>
      <w:t>1</w:t>
      <w:fldChar w:fldCharType="end"/>
    </w:r>
    <w:r>
      <w:t xml:space="preserve"> / </w:t>
    </w:r>
    <w:r>
      <w:fldChar w:fldCharType="begin"/>
      <w:instrText xml:space="preserve">NUMPAGES</w:instrText>
      <w:fldChar w:fldCharType="separate"/>
      <w:t>8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A33A2B"/>
        <w:sz w:val="17"/>
      </w:rPr>
      <w:t>FICTIONAL DEMONSTRATION • NO CLIENT • NO REAL ORGANIZATION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288" w:val="right"/>
      </w:tabs>
      <w:spacing w:after="0"/>
    </w:pPr>
    <w:r>
      <w:rPr>
        <w:rFonts w:ascii="Arial" w:hAnsi="Arial"/>
        <w:b/>
        <w:color w:val="A33A2B"/>
        <w:sz w:val="16"/>
      </w:rPr>
      <w:t>FICTIONAL DEMO / NO CLIENT</w:t>
    </w:r>
    <w:r>
      <w:rPr>
        <w:sz w:val="16"/>
      </w:rPr>
      <w:tab/>
      <w:t>UNFORMATTED 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222222"/>
      <w:sz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5A3A25"/>
      <w:sz w:val="30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A3A25"/>
      <w:sz w:val="23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5A3A25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5A3A25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en-US" w:eastAsia="en-US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en-US" w:eastAsia="en-US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en-US" w:eastAsia="en-US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lang w:val="en-US" w:eastAsia="en-US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en-US" w:eastAsia="en-US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en-US" w:eastAsia="en-US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lang w:val="en-US" w:eastAsia="en-US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en-US" w:eastAsia="en-US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en-US" w:eastAsia="en-US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en-US" w:eastAsia="en-US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en-US" w:eastAsia="en-US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en-US" w:eastAsia="en-US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en-US" w:eastAsia="en-US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en-US" w:eastAsia="en-U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Harborlight Community Workshop — 2026 Volunteer Operations Guide (unformatted source)</dc:title>
  <dc:subject>Fictional document-rescue demonstration; no client or real organization</dc:subject>
  <dc:creator>OpenAI — fictional demonstration</dc:creator>
  <cp:keywords>fictional demo, document rescue, volunteer operations guide</cp:keywords>
  <dc:description>All names, contacts, and operations are invented for a document-formatting demonstration.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